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utensil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Metal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Gauge or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Capacity or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Set composition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ISI mark for pressure cookers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Stainless steel kadai 26 cm, 304 grade, 1.0 mm</w:t>
            </w:r>
          </w:p>
        </w:tc>
        <w:tc>
          <w:tcPr>
            <w:tcW w:type="dxa" w:w="864"/>
          </w:tcPr>
          <w:p>
            <w:r>
              <w:t>7323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2,100.00</w:t>
            </w:r>
          </w:p>
        </w:tc>
        <w:tc>
          <w:tcPr>
            <w:tcW w:type="dxa" w:w="864"/>
          </w:tcPr>
          <w:p>
            <w:r>
              <w:t>2,100.00</w:t>
            </w:r>
          </w:p>
        </w:tc>
        <w:tc>
          <w:tcPr>
            <w:tcW w:type="dxa" w:w="864"/>
          </w:tcPr>
          <w:p>
            <w:r>
              <w:t>88,200.00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Stainless steel dinner set 24 pieces</w:t>
            </w:r>
          </w:p>
        </w:tc>
        <w:tc>
          <w:tcPr>
            <w:tcW w:type="dxa" w:w="864"/>
          </w:tcPr>
          <w:p>
            <w:r>
              <w:t>7323</w:t>
            </w:r>
          </w:p>
        </w:tc>
        <w:tc>
          <w:tcPr>
            <w:tcW w:type="dxa" w:w="864"/>
          </w:tcPr>
          <w:p>
            <w:r>
              <w:t>50 SET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82,500.00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2,062.50</w:t>
            </w:r>
          </w:p>
        </w:tc>
        <w:tc>
          <w:tcPr>
            <w:tcW w:type="dxa" w:w="864"/>
          </w:tcPr>
          <w:p>
            <w:r>
              <w:t>2,062.50</w:t>
            </w:r>
          </w:p>
        </w:tc>
        <w:tc>
          <w:tcPr>
            <w:tcW w:type="dxa" w:w="864"/>
          </w:tcPr>
          <w:p>
            <w:r>
              <w:t>86,625.00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Aluminium pressure cooker 5 litre, ISI marked</w:t>
            </w:r>
          </w:p>
        </w:tc>
        <w:tc>
          <w:tcPr>
            <w:tcW w:type="dxa" w:w="864"/>
          </w:tcPr>
          <w:p>
            <w:r>
              <w:t>7615</w:t>
            </w:r>
          </w:p>
        </w:tc>
        <w:tc>
          <w:tcPr>
            <w:tcW w:type="dxa" w:w="864"/>
          </w:tcPr>
          <w:p>
            <w:r>
              <w:t>120 NOS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117,600.00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2,940.00</w:t>
            </w:r>
          </w:p>
        </w:tc>
        <w:tc>
          <w:tcPr>
            <w:tcW w:type="dxa" w:w="864"/>
          </w:tcPr>
          <w:p>
            <w:r>
              <w:t>2,940.00</w:t>
            </w:r>
          </w:p>
        </w:tc>
        <w:tc>
          <w:tcPr>
            <w:tcW w:type="dxa" w:w="864"/>
          </w:tcPr>
          <w:p>
            <w:r>
              <w:t>123,480.00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Hard-anodised aluminium tawa 28 cm</w:t>
            </w:r>
          </w:p>
        </w:tc>
        <w:tc>
          <w:tcPr>
            <w:tcW w:type="dxa" w:w="864"/>
          </w:tcPr>
          <w:p>
            <w:r>
              <w:t>7615</w:t>
            </w:r>
          </w:p>
        </w:tc>
        <w:tc>
          <w:tcPr>
            <w:tcW w:type="dxa" w:w="864"/>
          </w:tcPr>
          <w:p>
            <w:r>
              <w:t>150 NOS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78,000.00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1,950.00</w:t>
            </w:r>
          </w:p>
        </w:tc>
        <w:tc>
          <w:tcPr>
            <w:tcW w:type="dxa" w:w="864"/>
          </w:tcPr>
          <w:p>
            <w:r>
              <w:t>1,950.00</w:t>
            </w:r>
          </w:p>
        </w:tc>
        <w:tc>
          <w:tcPr>
            <w:tcW w:type="dxa" w:w="864"/>
          </w:tcPr>
          <w:p>
            <w:r>
              <w:t>81,900.00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Copper water bottle 1 litre</w:t>
            </w:r>
          </w:p>
        </w:tc>
        <w:tc>
          <w:tcPr>
            <w:tcW w:type="dxa" w:w="864"/>
          </w:tcPr>
          <w:p>
            <w:r>
              <w:t>7418</w:t>
            </w:r>
          </w:p>
        </w:tc>
        <w:tc>
          <w:tcPr>
            <w:tcW w:type="dxa" w:w="864"/>
          </w:tcPr>
          <w:p>
            <w:r>
              <w:t>300 NOS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108,000.00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113,400.00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Stainless steel kitchen knife 8 inch</w:t>
            </w:r>
          </w:p>
        </w:tc>
        <w:tc>
          <w:tcPr>
            <w:tcW w:type="dxa" w:w="864"/>
          </w:tcPr>
          <w:p>
            <w:r>
              <w:t>8211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17,000.00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1,530.00</w:t>
            </w:r>
          </w:p>
        </w:tc>
        <w:tc>
          <w:tcPr>
            <w:tcW w:type="dxa" w:w="864"/>
          </w:tcPr>
          <w:p>
            <w:r>
              <w:t>1,530.00</w:t>
            </w:r>
          </w:p>
        </w:tc>
        <w:tc>
          <w:tcPr>
            <w:tcW w:type="dxa" w:w="864"/>
          </w:tcPr>
          <w:p>
            <w:r>
              <w:t>20,060.00</w:t>
            </w:r>
          </w:p>
        </w:tc>
      </w:tr>
    </w:tbl>
    <w:p>
      <w:pPr>
        <w:jc w:val="right"/>
      </w:pPr>
      <w:r>
        <w:rPr>
          <w:b w:val="0"/>
        </w:rPr>
        <w:t>Taxable value: Rs. 487,100.00</w:t>
      </w:r>
    </w:p>
    <w:p>
      <w:pPr>
        <w:jc w:val="right"/>
      </w:pPr>
      <w:r>
        <w:rPr>
          <w:b w:val="0"/>
        </w:rPr>
        <w:t>CGST + SGST: Rs. 26,565.00</w:t>
      </w:r>
    </w:p>
    <w:p>
      <w:pPr>
        <w:jc w:val="right"/>
      </w:pPr>
      <w:r>
        <w:rPr>
          <w:b/>
        </w:rPr>
        <w:t>Invoice total: Rs. 513,665.00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