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solar panel manufacturer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Module wattage and technology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Serial numbers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ALMM or BIS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Warranty terms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Pallet and container details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Project or site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Deemed value split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Mono PERC solar PV module 540 Wp, serial list attached</w:t>
            </w:r>
          </w:p>
        </w:tc>
        <w:tc>
          <w:tcPr>
            <w:tcW w:type="dxa" w:w="864"/>
          </w:tcPr>
          <w:p>
            <w:r>
              <w:t>8541</w:t>
            </w:r>
          </w:p>
        </w:tc>
        <w:tc>
          <w:tcPr>
            <w:tcW w:type="dxa" w:w="864"/>
          </w:tcPr>
          <w:p>
            <w:r>
              <w:t>200 NOS</w:t>
            </w:r>
          </w:p>
        </w:tc>
        <w:tc>
          <w:tcPr>
            <w:tcW w:type="dxa" w:w="864"/>
          </w:tcPr>
          <w:p>
            <w:r>
              <w:t>12,500.00</w:t>
            </w:r>
          </w:p>
        </w:tc>
        <w:tc>
          <w:tcPr>
            <w:tcW w:type="dxa" w:w="864"/>
          </w:tcPr>
          <w:p>
            <w:r>
              <w:t>2,500,000.00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62,500.00</w:t>
            </w:r>
          </w:p>
        </w:tc>
        <w:tc>
          <w:tcPr>
            <w:tcW w:type="dxa" w:w="864"/>
          </w:tcPr>
          <w:p>
            <w:r>
              <w:t>62,500.00</w:t>
            </w:r>
          </w:p>
        </w:tc>
        <w:tc>
          <w:tcPr>
            <w:tcW w:type="dxa" w:w="864"/>
          </w:tcPr>
          <w:p>
            <w:r>
              <w:t>2,625,000.00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TOPCon bifacial solar PV module 580 Wp</w:t>
            </w:r>
          </w:p>
        </w:tc>
        <w:tc>
          <w:tcPr>
            <w:tcW w:type="dxa" w:w="864"/>
          </w:tcPr>
          <w:p>
            <w:r>
              <w:t>8541</w:t>
            </w:r>
          </w:p>
        </w:tc>
        <w:tc>
          <w:tcPr>
            <w:tcW w:type="dxa" w:w="864"/>
          </w:tcPr>
          <w:p>
            <w:r>
              <w:t>100 NOS</w:t>
            </w:r>
          </w:p>
        </w:tc>
        <w:tc>
          <w:tcPr>
            <w:tcW w:type="dxa" w:w="864"/>
          </w:tcPr>
          <w:p>
            <w:r>
              <w:t>14,800.00</w:t>
            </w:r>
          </w:p>
        </w:tc>
        <w:tc>
          <w:tcPr>
            <w:tcW w:type="dxa" w:w="864"/>
          </w:tcPr>
          <w:p>
            <w:r>
              <w:t>1,480,000.00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37,000.00</w:t>
            </w:r>
          </w:p>
        </w:tc>
        <w:tc>
          <w:tcPr>
            <w:tcW w:type="dxa" w:w="864"/>
          </w:tcPr>
          <w:p>
            <w:r>
              <w:t>37,000.00</w:t>
            </w:r>
          </w:p>
        </w:tc>
        <w:tc>
          <w:tcPr>
            <w:tcW w:type="dxa" w:w="864"/>
          </w:tcPr>
          <w:p>
            <w:r>
              <w:t>1,554,000.00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Solar water heater system 200 litre</w:t>
            </w:r>
          </w:p>
        </w:tc>
        <w:tc>
          <w:tcPr>
            <w:tcW w:type="dxa" w:w="864"/>
          </w:tcPr>
          <w:p>
            <w:r>
              <w:t>8419</w:t>
            </w:r>
          </w:p>
        </w:tc>
        <w:tc>
          <w:tcPr>
            <w:tcW w:type="dxa" w:w="864"/>
          </w:tcPr>
          <w:p>
            <w:r>
              <w:t>10 NOS</w:t>
            </w:r>
          </w:p>
        </w:tc>
        <w:tc>
          <w:tcPr>
            <w:tcW w:type="dxa" w:w="864"/>
          </w:tcPr>
          <w:p>
            <w:r>
              <w:t>24,000.00</w:t>
            </w:r>
          </w:p>
        </w:tc>
        <w:tc>
          <w:tcPr>
            <w:tcW w:type="dxa" w:w="864"/>
          </w:tcPr>
          <w:p>
            <w:r>
              <w:t>240,000.00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6,000.00</w:t>
            </w:r>
          </w:p>
        </w:tc>
        <w:tc>
          <w:tcPr>
            <w:tcW w:type="dxa" w:w="864"/>
          </w:tcPr>
          <w:p>
            <w:r>
              <w:t>6,000.00</w:t>
            </w:r>
          </w:p>
        </w:tc>
        <w:tc>
          <w:tcPr>
            <w:tcW w:type="dxa" w:w="864"/>
          </w:tcPr>
          <w:p>
            <w:r>
              <w:t>252,000.00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Polycrystalline solar PV module 335 Wp, off-grid use</w:t>
            </w:r>
          </w:p>
        </w:tc>
        <w:tc>
          <w:tcPr>
            <w:tcW w:type="dxa" w:w="864"/>
          </w:tcPr>
          <w:p>
            <w:r>
              <w:t>8541</w:t>
            </w:r>
          </w:p>
        </w:tc>
        <w:tc>
          <w:tcPr>
            <w:tcW w:type="dxa" w:w="864"/>
          </w:tcPr>
          <w:p>
            <w:r>
              <w:t>60 NOS</w:t>
            </w:r>
          </w:p>
        </w:tc>
        <w:tc>
          <w:tcPr>
            <w:tcW w:type="dxa" w:w="864"/>
          </w:tcPr>
          <w:p>
            <w:r>
              <w:t>7,200.00</w:t>
            </w:r>
          </w:p>
        </w:tc>
        <w:tc>
          <w:tcPr>
            <w:tcW w:type="dxa" w:w="864"/>
          </w:tcPr>
          <w:p>
            <w:r>
              <w:t>432,000.00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10,800.00</w:t>
            </w:r>
          </w:p>
        </w:tc>
        <w:tc>
          <w:tcPr>
            <w:tcW w:type="dxa" w:w="864"/>
          </w:tcPr>
          <w:p>
            <w:r>
              <w:t>10,800.00</w:t>
            </w:r>
          </w:p>
        </w:tc>
        <w:tc>
          <w:tcPr>
            <w:tcW w:type="dxa" w:w="864"/>
          </w:tcPr>
          <w:p>
            <w:r>
              <w:t>453,600.00</w:t>
            </w:r>
          </w:p>
        </w:tc>
      </w:tr>
    </w:tbl>
    <w:p>
      <w:pPr>
        <w:jc w:val="right"/>
      </w:pPr>
      <w:r>
        <w:rPr>
          <w:b w:val="0"/>
        </w:rPr>
        <w:t>Taxable value: Rs. 4,652,000.00</w:t>
      </w:r>
    </w:p>
    <w:p>
      <w:pPr>
        <w:jc w:val="right"/>
      </w:pPr>
      <w:r>
        <w:rPr>
          <w:b w:val="0"/>
        </w:rPr>
        <w:t>CGST + SGST: Rs. 232,600.00</w:t>
      </w:r>
    </w:p>
    <w:p>
      <w:pPr>
        <w:jc w:val="right"/>
      </w:pPr>
      <w:r>
        <w:rPr>
          <w:b/>
        </w:rPr>
        <w:t>Invoice total: Rs. 4,884,600.00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