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mobile accessories distributor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IMEI numbers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Model, colour and storage variant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Serial number and warranty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BIS registration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MRP and dealer landing price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Sell-out scheme reference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Retailer activation / tertiary data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E-way bill and delivery mode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Smartphone 6.6 in, 8 GB / 128 GB, IMEI listed</w:t>
            </w:r>
          </w:p>
        </w:tc>
        <w:tc>
          <w:tcPr>
            <w:tcW w:type="dxa" w:w="864"/>
          </w:tcPr>
          <w:p>
            <w:r>
              <w:t>8517</w:t>
            </w:r>
          </w:p>
        </w:tc>
        <w:tc>
          <w:tcPr>
            <w:tcW w:type="dxa" w:w="864"/>
          </w:tcPr>
          <w:p>
            <w:r>
              <w:t>10 NOS</w:t>
            </w:r>
          </w:p>
        </w:tc>
        <w:tc>
          <w:tcPr>
            <w:tcW w:type="dxa" w:w="864"/>
          </w:tcPr>
          <w:p>
            <w:r>
              <w:t>13,800.00</w:t>
            </w:r>
          </w:p>
        </w:tc>
        <w:tc>
          <w:tcPr>
            <w:tcW w:type="dxa" w:w="864"/>
          </w:tcPr>
          <w:p>
            <w:r>
              <w:t>138,000.00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12,420.00</w:t>
            </w:r>
          </w:p>
        </w:tc>
        <w:tc>
          <w:tcPr>
            <w:tcW w:type="dxa" w:w="864"/>
          </w:tcPr>
          <w:p>
            <w:r>
              <w:t>12,420.00</w:t>
            </w:r>
          </w:p>
        </w:tc>
        <w:tc>
          <w:tcPr>
            <w:tcW w:type="dxa" w:w="864"/>
          </w:tcPr>
          <w:p>
            <w:r>
              <w:t>162,840.00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USB-C fast charger 33 W</w:t>
            </w:r>
          </w:p>
        </w:tc>
        <w:tc>
          <w:tcPr>
            <w:tcW w:type="dxa" w:w="864"/>
          </w:tcPr>
          <w:p>
            <w:r>
              <w:t>8504</w:t>
            </w:r>
          </w:p>
        </w:tc>
        <w:tc>
          <w:tcPr>
            <w:tcW w:type="dxa" w:w="864"/>
          </w:tcPr>
          <w:p>
            <w:r>
              <w:t>50 NOS</w:t>
            </w:r>
          </w:p>
        </w:tc>
        <w:tc>
          <w:tcPr>
            <w:tcW w:type="dxa" w:w="864"/>
          </w:tcPr>
          <w:p>
            <w:r>
              <w:t>390.00</w:t>
            </w:r>
          </w:p>
        </w:tc>
        <w:tc>
          <w:tcPr>
            <w:tcW w:type="dxa" w:w="864"/>
          </w:tcPr>
          <w:p>
            <w:r>
              <w:t>19,500.00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1,755.00</w:t>
            </w:r>
          </w:p>
        </w:tc>
        <w:tc>
          <w:tcPr>
            <w:tcW w:type="dxa" w:w="864"/>
          </w:tcPr>
          <w:p>
            <w:r>
              <w:t>1,755.00</w:t>
            </w:r>
          </w:p>
        </w:tc>
        <w:tc>
          <w:tcPr>
            <w:tcW w:type="dxa" w:w="864"/>
          </w:tcPr>
          <w:p>
            <w:r>
              <w:t>23,010.00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USB-C to USB-C cable 1 m</w:t>
            </w:r>
          </w:p>
        </w:tc>
        <w:tc>
          <w:tcPr>
            <w:tcW w:type="dxa" w:w="864"/>
          </w:tcPr>
          <w:p>
            <w:r>
              <w:t>8544</w:t>
            </w:r>
          </w:p>
        </w:tc>
        <w:tc>
          <w:tcPr>
            <w:tcW w:type="dxa" w:w="864"/>
          </w:tcPr>
          <w:p>
            <w:r>
              <w:t>100 NOS</w:t>
            </w:r>
          </w:p>
        </w:tc>
        <w:tc>
          <w:tcPr>
            <w:tcW w:type="dxa" w:w="864"/>
          </w:tcPr>
          <w:p>
            <w:r>
              <w:t>95.00</w:t>
            </w:r>
          </w:p>
        </w:tc>
        <w:tc>
          <w:tcPr>
            <w:tcW w:type="dxa" w:w="864"/>
          </w:tcPr>
          <w:p>
            <w:r>
              <w:t>9,500.00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855.00</w:t>
            </w:r>
          </w:p>
        </w:tc>
        <w:tc>
          <w:tcPr>
            <w:tcW w:type="dxa" w:w="864"/>
          </w:tcPr>
          <w:p>
            <w:r>
              <w:t>855.00</w:t>
            </w:r>
          </w:p>
        </w:tc>
        <w:tc>
          <w:tcPr>
            <w:tcW w:type="dxa" w:w="864"/>
          </w:tcPr>
          <w:p>
            <w:r>
              <w:t>11,210.00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True wireless earbuds</w:t>
            </w:r>
          </w:p>
        </w:tc>
        <w:tc>
          <w:tcPr>
            <w:tcW w:type="dxa" w:w="864"/>
          </w:tcPr>
          <w:p>
            <w:r>
              <w:t>8518</w:t>
            </w:r>
          </w:p>
        </w:tc>
        <w:tc>
          <w:tcPr>
            <w:tcW w:type="dxa" w:w="864"/>
          </w:tcPr>
          <w:p>
            <w:r>
              <w:t>40 NOS</w:t>
            </w:r>
          </w:p>
        </w:tc>
        <w:tc>
          <w:tcPr>
            <w:tcW w:type="dxa" w:w="864"/>
          </w:tcPr>
          <w:p>
            <w:r>
              <w:t>850.00</w:t>
            </w:r>
          </w:p>
        </w:tc>
        <w:tc>
          <w:tcPr>
            <w:tcW w:type="dxa" w:w="864"/>
          </w:tcPr>
          <w:p>
            <w:r>
              <w:t>34,000.00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3,060.00</w:t>
            </w:r>
          </w:p>
        </w:tc>
        <w:tc>
          <w:tcPr>
            <w:tcW w:type="dxa" w:w="864"/>
          </w:tcPr>
          <w:p>
            <w:r>
              <w:t>3,060.00</w:t>
            </w:r>
          </w:p>
        </w:tc>
        <w:tc>
          <w:tcPr>
            <w:tcW w:type="dxa" w:w="864"/>
          </w:tcPr>
          <w:p>
            <w:r>
              <w:t>40,120.00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Power bank 10000 mAh (lithium-ion)</w:t>
            </w:r>
          </w:p>
        </w:tc>
        <w:tc>
          <w:tcPr>
            <w:tcW w:type="dxa" w:w="864"/>
          </w:tcPr>
          <w:p>
            <w:r>
              <w:t>8507</w:t>
            </w:r>
          </w:p>
        </w:tc>
        <w:tc>
          <w:tcPr>
            <w:tcW w:type="dxa" w:w="864"/>
          </w:tcPr>
          <w:p>
            <w:r>
              <w:t>30 NOS</w:t>
            </w:r>
          </w:p>
        </w:tc>
        <w:tc>
          <w:tcPr>
            <w:tcW w:type="dxa" w:w="864"/>
          </w:tcPr>
          <w:p>
            <w:r>
              <w:t>720.00</w:t>
            </w:r>
          </w:p>
        </w:tc>
        <w:tc>
          <w:tcPr>
            <w:tcW w:type="dxa" w:w="864"/>
          </w:tcPr>
          <w:p>
            <w:r>
              <w:t>21,600.00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1,944.00</w:t>
            </w:r>
          </w:p>
        </w:tc>
        <w:tc>
          <w:tcPr>
            <w:tcW w:type="dxa" w:w="864"/>
          </w:tcPr>
          <w:p>
            <w:r>
              <w:t>1,944.00</w:t>
            </w:r>
          </w:p>
        </w:tc>
        <w:tc>
          <w:tcPr>
            <w:tcW w:type="dxa" w:w="864"/>
          </w:tcPr>
          <w:p>
            <w:r>
              <w:t>25,488.00</w:t>
            </w:r>
          </w:p>
        </w:tc>
      </w:tr>
      <w:tr>
        <w:tc>
          <w:tcPr>
            <w:tcW w:type="dxa" w:w="864"/>
          </w:tcPr>
          <w:p>
            <w:r>
              <w:t>6</w:t>
            </w:r>
          </w:p>
        </w:tc>
        <w:tc>
          <w:tcPr>
            <w:tcW w:type="dxa" w:w="864"/>
          </w:tcPr>
          <w:p>
            <w:r>
              <w:t>Phone back cover, TPU</w:t>
            </w:r>
          </w:p>
        </w:tc>
        <w:tc>
          <w:tcPr>
            <w:tcW w:type="dxa" w:w="864"/>
          </w:tcPr>
          <w:p>
            <w:r>
              <w:t>3926</w:t>
            </w:r>
          </w:p>
        </w:tc>
        <w:tc>
          <w:tcPr>
            <w:tcW w:type="dxa" w:w="864"/>
          </w:tcPr>
          <w:p>
            <w:r>
              <w:t>200 NOS</w:t>
            </w:r>
          </w:p>
        </w:tc>
        <w:tc>
          <w:tcPr>
            <w:tcW w:type="dxa" w:w="864"/>
          </w:tcPr>
          <w:p>
            <w:r>
              <w:t>45.00</w:t>
            </w:r>
          </w:p>
        </w:tc>
        <w:tc>
          <w:tcPr>
            <w:tcW w:type="dxa" w:w="864"/>
          </w:tcPr>
          <w:p>
            <w:r>
              <w:t>9,000.00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810.00</w:t>
            </w:r>
          </w:p>
        </w:tc>
        <w:tc>
          <w:tcPr>
            <w:tcW w:type="dxa" w:w="864"/>
          </w:tcPr>
          <w:p>
            <w:r>
              <w:t>810.00</w:t>
            </w:r>
          </w:p>
        </w:tc>
        <w:tc>
          <w:tcPr>
            <w:tcW w:type="dxa" w:w="864"/>
          </w:tcPr>
          <w:p>
            <w:r>
              <w:t>10,620.00</w:t>
            </w:r>
          </w:p>
        </w:tc>
      </w:tr>
    </w:tbl>
    <w:p>
      <w:pPr>
        <w:jc w:val="right"/>
      </w:pPr>
      <w:r>
        <w:rPr>
          <w:b w:val="0"/>
        </w:rPr>
        <w:t>Taxable value: Rs. 231,600.00</w:t>
      </w:r>
    </w:p>
    <w:p>
      <w:pPr>
        <w:jc w:val="right"/>
      </w:pPr>
      <w:r>
        <w:rPr>
          <w:b w:val="0"/>
        </w:rPr>
        <w:t>CGST + SGST: Rs. 41,688.00</w:t>
      </w:r>
    </w:p>
    <w:p>
      <w:pPr>
        <w:jc w:val="right"/>
      </w:pPr>
      <w:r>
        <w:rPr>
          <w:b/>
        </w:rPr>
        <w:t>Invoice total: Rs. 273,288.00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