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Plan and month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Coupon book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Absent days credit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Member name and room or hostel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paid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registration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Two-time veg meal plan (October)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Sunday special lunch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4 MEAL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12.00</w:t>
            </w:r>
          </w:p>
        </w:tc>
        <w:tc>
          <w:tcPr>
            <w:tcW w:type="dxa" w:w="864"/>
          </w:tcPr>
          <w:p>
            <w:r>
              <w:t>12.00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Less: absent days credit (3 days, 6 meals)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-6 MEAL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-360.00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-9.00</w:t>
            </w:r>
          </w:p>
        </w:tc>
        <w:tc>
          <w:tcPr>
            <w:tcW w:type="dxa" w:w="864"/>
          </w:tcPr>
          <w:p>
            <w:r>
              <w:t>-9.00</w:t>
            </w:r>
          </w:p>
        </w:tc>
        <w:tc>
          <w:tcPr>
            <w:tcW w:type="dxa" w:w="864"/>
          </w:tcPr>
          <w:p>
            <w:r>
              <w:t>-378.00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Coupon book, 30 meals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1,950.00</w:t>
            </w:r>
          </w:p>
        </w:tc>
        <w:tc>
          <w:tcPr>
            <w:tcW w:type="dxa" w:w="864"/>
          </w:tcPr>
          <w:p>
            <w:r>
              <w:t>1,950.00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48.75</w:t>
            </w:r>
          </w:p>
        </w:tc>
        <w:tc>
          <w:tcPr>
            <w:tcW w:type="dxa" w:w="864"/>
          </w:tcPr>
          <w:p>
            <w:r>
              <w:t>48.75</w:t>
            </w:r>
          </w:p>
        </w:tc>
        <w:tc>
          <w:tcPr>
            <w:tcW w:type="dxa" w:w="864"/>
          </w:tcPr>
          <w:p>
            <w:r>
              <w:t>2,047.50</w:t>
            </w:r>
          </w:p>
        </w:tc>
      </w:tr>
    </w:tbl>
    <w:p>
      <w:pPr>
        <w:jc w:val="right"/>
      </w:pPr>
      <w:r>
        <w:rPr>
          <w:b w:val="0"/>
        </w:rPr>
        <w:t>Taxable value: Rs. 5,670.00</w:t>
      </w:r>
    </w:p>
    <w:p>
      <w:pPr>
        <w:jc w:val="right"/>
      </w:pPr>
      <w:r>
        <w:rPr>
          <w:b w:val="0"/>
        </w:rPr>
        <w:t>CGST + SGST: Rs. 283.50</w:t>
      </w:r>
    </w:p>
    <w:p>
      <w:pPr>
        <w:jc w:val="right"/>
      </w:pPr>
      <w:r>
        <w:rPr>
          <w:b/>
        </w:rPr>
        <w:t>Invoice total: Rs. 5,953.50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