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 chef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date and delivery slot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Menu and portion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Registration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Homestyle rajma chawal meal box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Paneer paratha (2) with curd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472.50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Homemade chocolate chip cookies, 250 g box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2 BOX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Delivery charge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1.25</w:t>
            </w:r>
          </w:p>
        </w:tc>
        <w:tc>
          <w:tcPr>
            <w:tcW w:type="dxa" w:w="864"/>
          </w:tcPr>
          <w:p>
            <w:r>
              <w:t>1.25</w:t>
            </w:r>
          </w:p>
        </w:tc>
        <w:tc>
          <w:tcPr>
            <w:tcW w:type="dxa" w:w="864"/>
          </w:tcPr>
          <w:p>
            <w:r>
              <w:t>52.50</w:t>
            </w:r>
          </w:p>
        </w:tc>
      </w:tr>
    </w:tbl>
    <w:p>
      <w:pPr>
        <w:jc w:val="right"/>
      </w:pPr>
      <w:r>
        <w:rPr>
          <w:b w:val="0"/>
        </w:rPr>
        <w:t>Taxable value: Rs. 2,000.00</w:t>
      </w:r>
    </w:p>
    <w:p>
      <w:pPr>
        <w:jc w:val="right"/>
      </w:pPr>
      <w:r>
        <w:rPr>
          <w:b w:val="0"/>
        </w:rPr>
        <w:t>CGST + SGST: Rs. 100.00</w:t>
      </w:r>
    </w:p>
    <w:p>
      <w:pPr>
        <w:jc w:val="right"/>
      </w:pPr>
      <w:r>
        <w:rPr>
          <w:b/>
        </w:rPr>
        <w:t>Invoice total: Rs. 2,100.00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