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A73E8"/>
          <w:sz w:val="36"/>
        </w:rPr>
        <w:t>TAX INVOICE</w:t>
      </w:r>
    </w:p>
    <w:p>
      <w:r>
        <w:rPr>
          <w:i/>
        </w:rPr>
        <w:t>GST invoice format for a guest house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Supplier name</w:t>
            </w:r>
          </w:p>
        </w:tc>
        <w:tc>
          <w:tcPr>
            <w:tcW w:type="dxa" w:w="4320"/>
          </w:tcPr>
          <w:p>
            <w:r>
              <w:t>Your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Address</w:t>
            </w:r>
          </w:p>
        </w:tc>
        <w:tc>
          <w:tcPr>
            <w:tcW w:type="dxa" w:w="4320"/>
          </w:tcPr>
          <w:p>
            <w:r>
              <w:t>Shop/office address, city, state, PIN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GSTIN</w:t>
            </w:r>
          </w:p>
        </w:tc>
        <w:tc>
          <w:tcPr>
            <w:tcW w:type="dxa" w:w="4320"/>
          </w:tcPr>
          <w:p>
            <w:r>
              <w:t>27ABCDE1234F1Z5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no.</w:t>
            </w:r>
          </w:p>
        </w:tc>
        <w:tc>
          <w:tcPr>
            <w:tcW w:type="dxa" w:w="4320"/>
          </w:tcPr>
          <w:p>
            <w:r>
              <w:t>INV/25-26/0001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date</w:t>
            </w:r>
          </w:p>
        </w:tc>
        <w:tc>
          <w:tcPr>
            <w:tcW w:type="dxa" w:w="4320"/>
          </w:tcPr>
          <w:p>
            <w:r>
              <w:t>DD/MM/YYYY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Place of supply</w:t>
            </w:r>
          </w:p>
        </w:tc>
        <w:tc>
          <w:tcPr>
            <w:tcW w:type="dxa" w:w="4320"/>
          </w:tcPr>
          <w:p>
            <w:r>
              <w:t>State name (state code)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name</w:t>
            </w:r>
          </w:p>
        </w:tc>
        <w:tc>
          <w:tcPr>
            <w:tcW w:type="dxa" w:w="4320"/>
          </w:tcPr>
          <w:p>
            <w:r>
              <w:t>Customer /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address</w:t>
            </w:r>
          </w:p>
        </w:tc>
        <w:tc>
          <w:tcPr>
            <w:tcW w:type="dxa" w:w="4320"/>
          </w:tcPr>
          <w:p>
            <w:r>
              <w:t>Billing address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GSTIN</w:t>
            </w:r>
          </w:p>
        </w:tc>
        <w:tc>
          <w:tcPr>
            <w:tcW w:type="dxa" w:w="4320"/>
          </w:tcPr>
          <w:p>
            <w:r>
              <w:t>If registered (B2B)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Room and nights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Booking source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Meals provided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Guest name and ID reference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Company GSTIN for business guests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Advance and cancellation terms</w:t>
            </w:r>
          </w:p>
        </w:tc>
        <w:tc>
          <w:tcPr>
            <w:tcW w:type="dxa" w:w="4320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</w:tblGrid>
      <w:tr>
        <w:tc>
          <w:tcPr>
            <w:tcW w:type="dxa" w:w="864"/>
          </w:tcPr>
          <w:p>
            <w:r>
              <w:rPr>
                <w:b/>
              </w:rPr>
              <w:t>#</w:t>
            </w:r>
          </w:p>
        </w:tc>
        <w:tc>
          <w:tcPr>
            <w:tcW w:type="dxa" w:w="864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864"/>
          </w:tcPr>
          <w:p>
            <w:r>
              <w:rPr>
                <w:b/>
              </w:rPr>
              <w:t>HSN/SAC</w:t>
            </w:r>
          </w:p>
        </w:tc>
        <w:tc>
          <w:tcPr>
            <w:tcW w:type="dxa" w:w="864"/>
          </w:tcPr>
          <w:p>
            <w:r>
              <w:rPr>
                <w:b/>
              </w:rPr>
              <w:t>Qty</w:t>
            </w:r>
          </w:p>
        </w:tc>
        <w:tc>
          <w:tcPr>
            <w:tcW w:type="dxa" w:w="864"/>
          </w:tcPr>
          <w:p>
            <w:r>
              <w:rPr>
                <w:b/>
              </w:rPr>
              <w:t>Rate</w:t>
            </w:r>
          </w:p>
        </w:tc>
        <w:tc>
          <w:tcPr>
            <w:tcW w:type="dxa" w:w="864"/>
          </w:tcPr>
          <w:p>
            <w:r>
              <w:rPr>
                <w:b/>
              </w:rPr>
              <w:t>Taxable</w:t>
            </w:r>
          </w:p>
        </w:tc>
        <w:tc>
          <w:tcPr>
            <w:tcW w:type="dxa" w:w="864"/>
          </w:tcPr>
          <w:p>
            <w:r>
              <w:rPr>
                <w:b/>
              </w:rPr>
              <w:t>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CGST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SGST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Total</w:t>
            </w:r>
          </w:p>
        </w:tc>
      </w:tr>
      <w:tr>
        <w:tc>
          <w:tcPr>
            <w:tcW w:type="dxa" w:w="864"/>
          </w:tcPr>
          <w:p>
            <w:r>
              <w:t>1</w:t>
            </w:r>
          </w:p>
        </w:tc>
        <w:tc>
          <w:tcPr>
            <w:tcW w:type="dxa" w:w="864"/>
          </w:tcPr>
          <w:p>
            <w:r>
              <w:t>Double room accommodation, 3 nights</w:t>
            </w:r>
          </w:p>
        </w:tc>
        <w:tc>
          <w:tcPr>
            <w:tcW w:type="dxa" w:w="864"/>
          </w:tcPr>
          <w:p>
            <w:r>
              <w:t>996311</w:t>
            </w:r>
          </w:p>
        </w:tc>
        <w:tc>
          <w:tcPr>
            <w:tcW w:type="dxa" w:w="864"/>
          </w:tcPr>
          <w:p>
            <w:r>
              <w:t>3 NIGHT</w:t>
            </w:r>
          </w:p>
        </w:tc>
        <w:tc>
          <w:tcPr>
            <w:tcW w:type="dxa" w:w="864"/>
          </w:tcPr>
          <w:p>
            <w:r>
              <w:t>2,200.00</w:t>
            </w:r>
          </w:p>
        </w:tc>
        <w:tc>
          <w:tcPr>
            <w:tcW w:type="dxa" w:w="864"/>
          </w:tcPr>
          <w:p>
            <w:r>
              <w:t>6,600.00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165.00</w:t>
            </w:r>
          </w:p>
        </w:tc>
        <w:tc>
          <w:tcPr>
            <w:tcW w:type="dxa" w:w="864"/>
          </w:tcPr>
          <w:p>
            <w:r>
              <w:t>165.00</w:t>
            </w:r>
          </w:p>
        </w:tc>
        <w:tc>
          <w:tcPr>
            <w:tcW w:type="dxa" w:w="864"/>
          </w:tcPr>
          <w:p>
            <w:r>
              <w:t>6,930.00</w:t>
            </w:r>
          </w:p>
        </w:tc>
      </w:tr>
      <w:tr>
        <w:tc>
          <w:tcPr>
            <w:tcW w:type="dxa" w:w="864"/>
          </w:tcPr>
          <w:p>
            <w:r>
              <w:t>2</w:t>
            </w:r>
          </w:p>
        </w:tc>
        <w:tc>
          <w:tcPr>
            <w:tcW w:type="dxa" w:w="864"/>
          </w:tcPr>
          <w:p>
            <w:r>
              <w:t>Single room accommodation, 3 nights</w:t>
            </w:r>
          </w:p>
        </w:tc>
        <w:tc>
          <w:tcPr>
            <w:tcW w:type="dxa" w:w="864"/>
          </w:tcPr>
          <w:p>
            <w:r>
              <w:t>996311</w:t>
            </w:r>
          </w:p>
        </w:tc>
        <w:tc>
          <w:tcPr>
            <w:tcW w:type="dxa" w:w="864"/>
          </w:tcPr>
          <w:p>
            <w:r>
              <w:t>3 NIGHT</w:t>
            </w:r>
          </w:p>
        </w:tc>
        <w:tc>
          <w:tcPr>
            <w:tcW w:type="dxa" w:w="864"/>
          </w:tcPr>
          <w:p>
            <w:r>
              <w:t>1,500.00</w:t>
            </w:r>
          </w:p>
        </w:tc>
        <w:tc>
          <w:tcPr>
            <w:tcW w:type="dxa" w:w="864"/>
          </w:tcPr>
          <w:p>
            <w:r>
              <w:t>4,500.00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112.50</w:t>
            </w:r>
          </w:p>
        </w:tc>
        <w:tc>
          <w:tcPr>
            <w:tcW w:type="dxa" w:w="864"/>
          </w:tcPr>
          <w:p>
            <w:r>
              <w:t>112.50</w:t>
            </w:r>
          </w:p>
        </w:tc>
        <w:tc>
          <w:tcPr>
            <w:tcW w:type="dxa" w:w="864"/>
          </w:tcPr>
          <w:p>
            <w:r>
              <w:t>4,725.00</w:t>
            </w:r>
          </w:p>
        </w:tc>
      </w:tr>
      <w:tr>
        <w:tc>
          <w:tcPr>
            <w:tcW w:type="dxa" w:w="864"/>
          </w:tcPr>
          <w:p>
            <w:r>
              <w:t>3</w:t>
            </w:r>
          </w:p>
        </w:tc>
        <w:tc>
          <w:tcPr>
            <w:tcW w:type="dxa" w:w="864"/>
          </w:tcPr>
          <w:p>
            <w:r>
              <w:t>Home-style dinner for guests</w:t>
            </w:r>
          </w:p>
        </w:tc>
        <w:tc>
          <w:tcPr>
            <w:tcW w:type="dxa" w:w="864"/>
          </w:tcPr>
          <w:p>
            <w:r>
              <w:t>996332</w:t>
            </w:r>
          </w:p>
        </w:tc>
        <w:tc>
          <w:tcPr>
            <w:tcW w:type="dxa" w:w="864"/>
          </w:tcPr>
          <w:p>
            <w:r>
              <w:t>6 MEAL</w:t>
            </w:r>
          </w:p>
        </w:tc>
        <w:tc>
          <w:tcPr>
            <w:tcW w:type="dxa" w:w="864"/>
          </w:tcPr>
          <w:p>
            <w:r>
              <w:t>250.00</w:t>
            </w:r>
          </w:p>
        </w:tc>
        <w:tc>
          <w:tcPr>
            <w:tcW w:type="dxa" w:w="864"/>
          </w:tcPr>
          <w:p>
            <w:r>
              <w:t>1,500.00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37.50</w:t>
            </w:r>
          </w:p>
        </w:tc>
        <w:tc>
          <w:tcPr>
            <w:tcW w:type="dxa" w:w="864"/>
          </w:tcPr>
          <w:p>
            <w:r>
              <w:t>37.50</w:t>
            </w:r>
          </w:p>
        </w:tc>
        <w:tc>
          <w:tcPr>
            <w:tcW w:type="dxa" w:w="864"/>
          </w:tcPr>
          <w:p>
            <w:r>
              <w:t>1,575.00</w:t>
            </w:r>
          </w:p>
        </w:tc>
      </w:tr>
      <w:tr>
        <w:tc>
          <w:tcPr>
            <w:tcW w:type="dxa" w:w="864"/>
          </w:tcPr>
          <w:p>
            <w:r>
              <w:t>4</w:t>
            </w:r>
          </w:p>
        </w:tc>
        <w:tc>
          <w:tcPr>
            <w:tcW w:type="dxa" w:w="864"/>
          </w:tcPr>
          <w:p>
            <w:r>
              <w:t>Laundry service</w:t>
            </w:r>
          </w:p>
        </w:tc>
        <w:tc>
          <w:tcPr>
            <w:tcW w:type="dxa" w:w="864"/>
          </w:tcPr>
          <w:p>
            <w:r>
              <w:t>999713</w:t>
            </w:r>
          </w:p>
        </w:tc>
        <w:tc>
          <w:tcPr>
            <w:tcW w:type="dxa" w:w="864"/>
          </w:tcPr>
          <w:p>
            <w:r>
              <w:t>8 PCS</w:t>
            </w:r>
          </w:p>
        </w:tc>
        <w:tc>
          <w:tcPr>
            <w:tcW w:type="dxa" w:w="864"/>
          </w:tcPr>
          <w:p>
            <w:r>
              <w:t>40.00</w:t>
            </w:r>
          </w:p>
        </w:tc>
        <w:tc>
          <w:tcPr>
            <w:tcW w:type="dxa" w:w="864"/>
          </w:tcPr>
          <w:p>
            <w:r>
              <w:t>320.00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28.80</w:t>
            </w:r>
          </w:p>
        </w:tc>
        <w:tc>
          <w:tcPr>
            <w:tcW w:type="dxa" w:w="864"/>
          </w:tcPr>
          <w:p>
            <w:r>
              <w:t>28.80</w:t>
            </w:r>
          </w:p>
        </w:tc>
        <w:tc>
          <w:tcPr>
            <w:tcW w:type="dxa" w:w="864"/>
          </w:tcPr>
          <w:p>
            <w:r>
              <w:t>377.60</w:t>
            </w:r>
          </w:p>
        </w:tc>
      </w:tr>
    </w:tbl>
    <w:p>
      <w:pPr>
        <w:jc w:val="right"/>
      </w:pPr>
      <w:r>
        <w:rPr>
          <w:b w:val="0"/>
        </w:rPr>
        <w:t>Taxable value: Rs. 12,920.00</w:t>
      </w:r>
    </w:p>
    <w:p>
      <w:pPr>
        <w:jc w:val="right"/>
      </w:pPr>
      <w:r>
        <w:rPr>
          <w:b w:val="0"/>
        </w:rPr>
        <w:t>CGST + SGST: Rs. 687.60</w:t>
      </w:r>
    </w:p>
    <w:p>
      <w:pPr>
        <w:jc w:val="right"/>
      </w:pPr>
      <w:r>
        <w:rPr>
          <w:b/>
        </w:rPr>
        <w:t>Invoice total: Rs. 13,607.60</w:t>
      </w:r>
    </w:p>
    <w:p>
      <w:r>
        <w:t>Inter-state sale? Replace CGST + SGST with IGST at the full GST rate.</w:t>
      </w:r>
    </w:p>
    <w:p>
      <w:r>
        <w:t>Amount in words: ______________________</w:t>
      </w:r>
    </w:p>
    <w:p>
      <w:r>
        <w:t>Bank / UPI details: ______________________</w:t>
      </w:r>
    </w:p>
    <w:p>
      <w:r>
        <w:t>Declaration: We declare that this invoice shows the actual price of the goods/services described and that all particulars are true and correct.</w:t>
      </w:r>
    </w:p>
    <w:p>
      <w:r>
        <w:t>For (Supplier name) — Authorised signatory</w:t>
      </w:r>
    </w:p>
    <w:p>
      <w:r>
        <w:rPr>
          <w:color w:val="94A3B8"/>
          <w:sz w:val="14"/>
        </w:rPr>
        <w:t>Free template from billingsoftware.co (Billing Software by Betterwork)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