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fastener manufacturer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Size and thread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Property class or grade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Standard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Finish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Heat and lot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Count or weight basis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Hex bolt M12 x 50, class 8.8, zinc plated, IS 1364</w:t>
            </w:r>
          </w:p>
        </w:tc>
        <w:tc>
          <w:tcPr>
            <w:tcW w:type="dxa" w:w="864"/>
          </w:tcPr>
          <w:p>
            <w:r>
              <w:t>7318</w:t>
            </w:r>
          </w:p>
        </w:tc>
        <w:tc>
          <w:tcPr>
            <w:tcW w:type="dxa" w:w="864"/>
          </w:tcPr>
          <w:p>
            <w:r>
              <w:t>5000 NOS</w:t>
            </w:r>
          </w:p>
        </w:tc>
        <w:tc>
          <w:tcPr>
            <w:tcW w:type="dxa" w:w="864"/>
          </w:tcPr>
          <w:p>
            <w:r>
              <w:t>9.80</w:t>
            </w:r>
          </w:p>
        </w:tc>
        <w:tc>
          <w:tcPr>
            <w:tcW w:type="dxa" w:w="864"/>
          </w:tcPr>
          <w:p>
            <w:r>
              <w:t>49,000.00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4,410.00</w:t>
            </w:r>
          </w:p>
        </w:tc>
        <w:tc>
          <w:tcPr>
            <w:tcW w:type="dxa" w:w="864"/>
          </w:tcPr>
          <w:p>
            <w:r>
              <w:t>4,410.00</w:t>
            </w:r>
          </w:p>
        </w:tc>
        <w:tc>
          <w:tcPr>
            <w:tcW w:type="dxa" w:w="864"/>
          </w:tcPr>
          <w:p>
            <w:r>
              <w:t>57,820.00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Hex nut M12, class 8, zinc plated</w:t>
            </w:r>
          </w:p>
        </w:tc>
        <w:tc>
          <w:tcPr>
            <w:tcW w:type="dxa" w:w="864"/>
          </w:tcPr>
          <w:p>
            <w:r>
              <w:t>7318</w:t>
            </w:r>
          </w:p>
        </w:tc>
        <w:tc>
          <w:tcPr>
            <w:tcW w:type="dxa" w:w="864"/>
          </w:tcPr>
          <w:p>
            <w:r>
              <w:t>5000 NOS</w:t>
            </w:r>
          </w:p>
        </w:tc>
        <w:tc>
          <w:tcPr>
            <w:tcW w:type="dxa" w:w="864"/>
          </w:tcPr>
          <w:p>
            <w:r>
              <w:t>2.40</w:t>
            </w:r>
          </w:p>
        </w:tc>
        <w:tc>
          <w:tcPr>
            <w:tcW w:type="dxa" w:w="864"/>
          </w:tcPr>
          <w:p>
            <w:r>
              <w:t>12,000.00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1,080.00</w:t>
            </w:r>
          </w:p>
        </w:tc>
        <w:tc>
          <w:tcPr>
            <w:tcW w:type="dxa" w:w="864"/>
          </w:tcPr>
          <w:p>
            <w:r>
              <w:t>1,080.00</w:t>
            </w:r>
          </w:p>
        </w:tc>
        <w:tc>
          <w:tcPr>
            <w:tcW w:type="dxa" w:w="864"/>
          </w:tcPr>
          <w:p>
            <w:r>
              <w:t>14,160.00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Plain washer M12, zinc plated</w:t>
            </w:r>
          </w:p>
        </w:tc>
        <w:tc>
          <w:tcPr>
            <w:tcW w:type="dxa" w:w="864"/>
          </w:tcPr>
          <w:p>
            <w:r>
              <w:t>7318</w:t>
            </w:r>
          </w:p>
        </w:tc>
        <w:tc>
          <w:tcPr>
            <w:tcW w:type="dxa" w:w="864"/>
          </w:tcPr>
          <w:p>
            <w:r>
              <w:t>10000 NOS</w:t>
            </w:r>
          </w:p>
        </w:tc>
        <w:tc>
          <w:tcPr>
            <w:tcW w:type="dxa" w:w="864"/>
          </w:tcPr>
          <w:p>
            <w:r>
              <w:t>0.65</w:t>
            </w:r>
          </w:p>
        </w:tc>
        <w:tc>
          <w:tcPr>
            <w:tcW w:type="dxa" w:w="864"/>
          </w:tcPr>
          <w:p>
            <w:r>
              <w:t>6,500.00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585.00</w:t>
            </w:r>
          </w:p>
        </w:tc>
        <w:tc>
          <w:tcPr>
            <w:tcW w:type="dxa" w:w="864"/>
          </w:tcPr>
          <w:p>
            <w:r>
              <w:t>585.00</w:t>
            </w:r>
          </w:p>
        </w:tc>
        <w:tc>
          <w:tcPr>
            <w:tcW w:type="dxa" w:w="864"/>
          </w:tcPr>
          <w:p>
            <w:r>
              <w:t>7,670.00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Self-drilling roofing screw 5.5 x 25 mm with EPDM washer</w:t>
            </w:r>
          </w:p>
        </w:tc>
        <w:tc>
          <w:tcPr>
            <w:tcW w:type="dxa" w:w="864"/>
          </w:tcPr>
          <w:p>
            <w:r>
              <w:t>7318</w:t>
            </w:r>
          </w:p>
        </w:tc>
        <w:tc>
          <w:tcPr>
            <w:tcW w:type="dxa" w:w="864"/>
          </w:tcPr>
          <w:p>
            <w:r>
              <w:t>20000 NOS</w:t>
            </w:r>
          </w:p>
        </w:tc>
        <w:tc>
          <w:tcPr>
            <w:tcW w:type="dxa" w:w="864"/>
          </w:tcPr>
          <w:p>
            <w:r>
              <w:t>1.60</w:t>
            </w:r>
          </w:p>
        </w:tc>
        <w:tc>
          <w:tcPr>
            <w:tcW w:type="dxa" w:w="864"/>
          </w:tcPr>
          <w:p>
            <w:r>
              <w:t>32,000.00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2,880.00</w:t>
            </w:r>
          </w:p>
        </w:tc>
        <w:tc>
          <w:tcPr>
            <w:tcW w:type="dxa" w:w="864"/>
          </w:tcPr>
          <w:p>
            <w:r>
              <w:t>2,880.00</w:t>
            </w:r>
          </w:p>
        </w:tc>
        <w:tc>
          <w:tcPr>
            <w:tcW w:type="dxa" w:w="864"/>
          </w:tcPr>
          <w:p>
            <w:r>
              <w:t>37,760.00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Wire nails 3 inch, bright</w:t>
            </w:r>
          </w:p>
        </w:tc>
        <w:tc>
          <w:tcPr>
            <w:tcW w:type="dxa" w:w="864"/>
          </w:tcPr>
          <w:p>
            <w:r>
              <w:t>7317</w:t>
            </w:r>
          </w:p>
        </w:tc>
        <w:tc>
          <w:tcPr>
            <w:tcW w:type="dxa" w:w="864"/>
          </w:tcPr>
          <w:p>
            <w:r>
              <w:t>500 KGS</w:t>
            </w:r>
          </w:p>
        </w:tc>
        <w:tc>
          <w:tcPr>
            <w:tcW w:type="dxa" w:w="864"/>
          </w:tcPr>
          <w:p>
            <w:r>
              <w:t>82.00</w:t>
            </w:r>
          </w:p>
        </w:tc>
        <w:tc>
          <w:tcPr>
            <w:tcW w:type="dxa" w:w="864"/>
          </w:tcPr>
          <w:p>
            <w:r>
              <w:t>41,000.00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3,690.00</w:t>
            </w:r>
          </w:p>
        </w:tc>
        <w:tc>
          <w:tcPr>
            <w:tcW w:type="dxa" w:w="864"/>
          </w:tcPr>
          <w:p>
            <w:r>
              <w:t>3,690.00</w:t>
            </w:r>
          </w:p>
        </w:tc>
        <w:tc>
          <w:tcPr>
            <w:tcW w:type="dxa" w:w="864"/>
          </w:tcPr>
          <w:p>
            <w:r>
              <w:t>48,380.00</w:t>
            </w:r>
          </w:p>
        </w:tc>
      </w:tr>
    </w:tbl>
    <w:p>
      <w:pPr>
        <w:jc w:val="right"/>
      </w:pPr>
      <w:r>
        <w:rPr>
          <w:b w:val="0"/>
        </w:rPr>
        <w:t>Taxable value: Rs. 140,500.00</w:t>
      </w:r>
    </w:p>
    <w:p>
      <w:pPr>
        <w:jc w:val="right"/>
      </w:pPr>
      <w:r>
        <w:rPr>
          <w:b w:val="0"/>
        </w:rPr>
        <w:t>CGST + SGST: Rs. 25,290.00</w:t>
      </w:r>
    </w:p>
    <w:p>
      <w:pPr>
        <w:jc w:val="right"/>
      </w:pPr>
      <w:r>
        <w:rPr>
          <w:b/>
        </w:rPr>
        <w:t>Invoice total: Rs. 165,790.00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