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A73E8"/>
          <w:sz w:val="36"/>
        </w:rPr>
        <w:t>TAX INVOICE</w:t>
      </w:r>
    </w:p>
    <w:p>
      <w:r>
        <w:rPr>
          <w:i/>
        </w:rPr>
        <w:t>GST invoice format for a cloud kitchen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Supplier name</w:t>
            </w:r>
          </w:p>
        </w:tc>
        <w:tc>
          <w:tcPr>
            <w:tcW w:type="dxa" w:w="4320"/>
          </w:tcPr>
          <w:p>
            <w:r>
              <w:t>Your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Address</w:t>
            </w:r>
          </w:p>
        </w:tc>
        <w:tc>
          <w:tcPr>
            <w:tcW w:type="dxa" w:w="4320"/>
          </w:tcPr>
          <w:p>
            <w:r>
              <w:t>Shop/office address, city, state, PIN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GSTIN</w:t>
            </w:r>
          </w:p>
        </w:tc>
        <w:tc>
          <w:tcPr>
            <w:tcW w:type="dxa" w:w="4320"/>
          </w:tcPr>
          <w:p>
            <w:r>
              <w:t>27ABCDE1234F1Z5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no.</w:t>
            </w:r>
          </w:p>
        </w:tc>
        <w:tc>
          <w:tcPr>
            <w:tcW w:type="dxa" w:w="4320"/>
          </w:tcPr>
          <w:p>
            <w:r>
              <w:t>INV/25-26/0001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date</w:t>
            </w:r>
          </w:p>
        </w:tc>
        <w:tc>
          <w:tcPr>
            <w:tcW w:type="dxa" w:w="4320"/>
          </w:tcPr>
          <w:p>
            <w:r>
              <w:t>DD/MM/YYYY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Place of supply</w:t>
            </w:r>
          </w:p>
        </w:tc>
        <w:tc>
          <w:tcPr>
            <w:tcW w:type="dxa" w:w="4320"/>
          </w:tcPr>
          <w:p>
            <w:r>
              <w:t>State name (state code)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name</w:t>
            </w:r>
          </w:p>
        </w:tc>
        <w:tc>
          <w:tcPr>
            <w:tcW w:type="dxa" w:w="4320"/>
          </w:tcPr>
          <w:p>
            <w:r>
              <w:t>Customer /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address</w:t>
            </w:r>
          </w:p>
        </w:tc>
        <w:tc>
          <w:tcPr>
            <w:tcW w:type="dxa" w:w="4320"/>
          </w:tcPr>
          <w:p>
            <w:r>
              <w:t>Billing address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GSTIN</w:t>
            </w:r>
          </w:p>
        </w:tc>
        <w:tc>
          <w:tcPr>
            <w:tcW w:type="dxa" w:w="4320"/>
          </w:tcPr>
          <w:p>
            <w:r>
              <w:t>If registered (B2B)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Order channel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Virtual brand name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Platform order ID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Delivery charge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Packaging charge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Kitchen FSSAI licence</w:t>
            </w:r>
          </w:p>
        </w:tc>
        <w:tc>
          <w:tcPr>
            <w:tcW w:type="dxa" w:w="4320"/>
          </w:tcPr>
          <w:p>
            <w:r/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</w:tblGrid>
      <w:tr>
        <w:tc>
          <w:tcPr>
            <w:tcW w:type="dxa" w:w="864"/>
          </w:tcPr>
          <w:p>
            <w:r>
              <w:rPr>
                <w:b/>
              </w:rPr>
              <w:t>#</w:t>
            </w:r>
          </w:p>
        </w:tc>
        <w:tc>
          <w:tcPr>
            <w:tcW w:type="dxa" w:w="864"/>
          </w:tcPr>
          <w:p>
            <w:r>
              <w:rPr>
                <w:b/>
              </w:rPr>
              <w:t>Description</w:t>
            </w:r>
          </w:p>
        </w:tc>
        <w:tc>
          <w:tcPr>
            <w:tcW w:type="dxa" w:w="864"/>
          </w:tcPr>
          <w:p>
            <w:r>
              <w:rPr>
                <w:b/>
              </w:rPr>
              <w:t>HSN/SAC</w:t>
            </w:r>
          </w:p>
        </w:tc>
        <w:tc>
          <w:tcPr>
            <w:tcW w:type="dxa" w:w="864"/>
          </w:tcPr>
          <w:p>
            <w:r>
              <w:rPr>
                <w:b/>
              </w:rPr>
              <w:t>Qty</w:t>
            </w:r>
          </w:p>
        </w:tc>
        <w:tc>
          <w:tcPr>
            <w:tcW w:type="dxa" w:w="864"/>
          </w:tcPr>
          <w:p>
            <w:r>
              <w:rPr>
                <w:b/>
              </w:rPr>
              <w:t>Rate</w:t>
            </w:r>
          </w:p>
        </w:tc>
        <w:tc>
          <w:tcPr>
            <w:tcW w:type="dxa" w:w="864"/>
          </w:tcPr>
          <w:p>
            <w:r>
              <w:rPr>
                <w:b/>
              </w:rPr>
              <w:t>Taxable</w:t>
            </w:r>
          </w:p>
        </w:tc>
        <w:tc>
          <w:tcPr>
            <w:tcW w:type="dxa" w:w="864"/>
          </w:tcPr>
          <w:p>
            <w:r>
              <w:rPr>
                <w:b/>
              </w:rPr>
              <w:t>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CGST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SGST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Total</w:t>
            </w:r>
          </w:p>
        </w:tc>
      </w:tr>
      <w:tr>
        <w:tc>
          <w:tcPr>
            <w:tcW w:type="dxa" w:w="864"/>
          </w:tcPr>
          <w:p>
            <w:r>
              <w:t>1</w:t>
            </w:r>
          </w:p>
        </w:tc>
        <w:tc>
          <w:tcPr>
            <w:tcW w:type="dxa" w:w="864"/>
          </w:tcPr>
          <w:p>
            <w:r>
              <w:t>Chicken biryani (regular) - food delivery service</w:t>
            </w:r>
          </w:p>
        </w:tc>
        <w:tc>
          <w:tcPr>
            <w:tcW w:type="dxa" w:w="864"/>
          </w:tcPr>
          <w:p>
            <w:r>
              <w:t>996331</w:t>
            </w:r>
          </w:p>
        </w:tc>
        <w:tc>
          <w:tcPr>
            <w:tcW w:type="dxa" w:w="864"/>
          </w:tcPr>
          <w:p>
            <w:r>
              <w:t>2 NOS</w:t>
            </w:r>
          </w:p>
        </w:tc>
        <w:tc>
          <w:tcPr>
            <w:tcW w:type="dxa" w:w="864"/>
          </w:tcPr>
          <w:p>
            <w:r>
              <w:t>260.00</w:t>
            </w:r>
          </w:p>
        </w:tc>
        <w:tc>
          <w:tcPr>
            <w:tcW w:type="dxa" w:w="864"/>
          </w:tcPr>
          <w:p>
            <w:r>
              <w:t>520.00</w:t>
            </w:r>
          </w:p>
        </w:tc>
        <w:tc>
          <w:tcPr>
            <w:tcW w:type="dxa" w:w="864"/>
          </w:tcPr>
          <w:p>
            <w:r>
              <w:t>5%</w:t>
            </w:r>
          </w:p>
        </w:tc>
        <w:tc>
          <w:tcPr>
            <w:tcW w:type="dxa" w:w="864"/>
          </w:tcPr>
          <w:p>
            <w:r>
              <w:t>13.00</w:t>
            </w:r>
          </w:p>
        </w:tc>
        <w:tc>
          <w:tcPr>
            <w:tcW w:type="dxa" w:w="864"/>
          </w:tcPr>
          <w:p>
            <w:r>
              <w:t>13.00</w:t>
            </w:r>
          </w:p>
        </w:tc>
        <w:tc>
          <w:tcPr>
            <w:tcW w:type="dxa" w:w="864"/>
          </w:tcPr>
          <w:p>
            <w:r>
              <w:t>546.00</w:t>
            </w:r>
          </w:p>
        </w:tc>
      </w:tr>
      <w:tr>
        <w:tc>
          <w:tcPr>
            <w:tcW w:type="dxa" w:w="864"/>
          </w:tcPr>
          <w:p>
            <w:r>
              <w:t>2</w:t>
            </w:r>
          </w:p>
        </w:tc>
        <w:tc>
          <w:tcPr>
            <w:tcW w:type="dxa" w:w="864"/>
          </w:tcPr>
          <w:p>
            <w:r>
              <w:t>Raita - food delivery service</w:t>
            </w:r>
          </w:p>
        </w:tc>
        <w:tc>
          <w:tcPr>
            <w:tcW w:type="dxa" w:w="864"/>
          </w:tcPr>
          <w:p>
            <w:r>
              <w:t>996331</w:t>
            </w:r>
          </w:p>
        </w:tc>
        <w:tc>
          <w:tcPr>
            <w:tcW w:type="dxa" w:w="864"/>
          </w:tcPr>
          <w:p>
            <w:r>
              <w:t>2 NOS</w:t>
            </w:r>
          </w:p>
        </w:tc>
        <w:tc>
          <w:tcPr>
            <w:tcW w:type="dxa" w:w="864"/>
          </w:tcPr>
          <w:p>
            <w:r>
              <w:t>40.00</w:t>
            </w:r>
          </w:p>
        </w:tc>
        <w:tc>
          <w:tcPr>
            <w:tcW w:type="dxa" w:w="864"/>
          </w:tcPr>
          <w:p>
            <w:r>
              <w:t>80.00</w:t>
            </w:r>
          </w:p>
        </w:tc>
        <w:tc>
          <w:tcPr>
            <w:tcW w:type="dxa" w:w="864"/>
          </w:tcPr>
          <w:p>
            <w:r>
              <w:t>5%</w:t>
            </w:r>
          </w:p>
        </w:tc>
        <w:tc>
          <w:tcPr>
            <w:tcW w:type="dxa" w:w="864"/>
          </w:tcPr>
          <w:p>
            <w:r>
              <w:t>2.00</w:t>
            </w:r>
          </w:p>
        </w:tc>
        <w:tc>
          <w:tcPr>
            <w:tcW w:type="dxa" w:w="864"/>
          </w:tcPr>
          <w:p>
            <w:r>
              <w:t>2.00</w:t>
            </w:r>
          </w:p>
        </w:tc>
        <w:tc>
          <w:tcPr>
            <w:tcW w:type="dxa" w:w="864"/>
          </w:tcPr>
          <w:p>
            <w:r>
              <w:t>84.00</w:t>
            </w:r>
          </w:p>
        </w:tc>
      </w:tr>
      <w:tr>
        <w:tc>
          <w:tcPr>
            <w:tcW w:type="dxa" w:w="864"/>
          </w:tcPr>
          <w:p>
            <w:r>
              <w:t>3</w:t>
            </w:r>
          </w:p>
        </w:tc>
        <w:tc>
          <w:tcPr>
            <w:tcW w:type="dxa" w:w="864"/>
          </w:tcPr>
          <w:p>
            <w:r>
              <w:t>Packaging charge</w:t>
            </w:r>
          </w:p>
        </w:tc>
        <w:tc>
          <w:tcPr>
            <w:tcW w:type="dxa" w:w="864"/>
          </w:tcPr>
          <w:p>
            <w:r>
              <w:t>996331</w:t>
            </w:r>
          </w:p>
        </w:tc>
        <w:tc>
          <w:tcPr>
            <w:tcW w:type="dxa" w:w="864"/>
          </w:tcPr>
          <w:p>
            <w:r>
              <w:t>1 NOS</w:t>
            </w:r>
          </w:p>
        </w:tc>
        <w:tc>
          <w:tcPr>
            <w:tcW w:type="dxa" w:w="864"/>
          </w:tcPr>
          <w:p>
            <w:r>
              <w:t>20.00</w:t>
            </w:r>
          </w:p>
        </w:tc>
        <w:tc>
          <w:tcPr>
            <w:tcW w:type="dxa" w:w="864"/>
          </w:tcPr>
          <w:p>
            <w:r>
              <w:t>20.00</w:t>
            </w:r>
          </w:p>
        </w:tc>
        <w:tc>
          <w:tcPr>
            <w:tcW w:type="dxa" w:w="864"/>
          </w:tcPr>
          <w:p>
            <w:r>
              <w:t>5%</w:t>
            </w:r>
          </w:p>
        </w:tc>
        <w:tc>
          <w:tcPr>
            <w:tcW w:type="dxa" w:w="864"/>
          </w:tcPr>
          <w:p>
            <w:r>
              <w:t>0.50</w:t>
            </w:r>
          </w:p>
        </w:tc>
        <w:tc>
          <w:tcPr>
            <w:tcW w:type="dxa" w:w="864"/>
          </w:tcPr>
          <w:p>
            <w:r>
              <w:t>0.50</w:t>
            </w:r>
          </w:p>
        </w:tc>
        <w:tc>
          <w:tcPr>
            <w:tcW w:type="dxa" w:w="864"/>
          </w:tcPr>
          <w:p>
            <w:r>
              <w:t>21.00</w:t>
            </w:r>
          </w:p>
        </w:tc>
      </w:tr>
      <w:tr>
        <w:tc>
          <w:tcPr>
            <w:tcW w:type="dxa" w:w="864"/>
          </w:tcPr>
          <w:p>
            <w:r>
              <w:t>4</w:t>
            </w:r>
          </w:p>
        </w:tc>
        <w:tc>
          <w:tcPr>
            <w:tcW w:type="dxa" w:w="864"/>
          </w:tcPr>
          <w:p>
            <w:r>
              <w:t>Delivery charge (own rider, direct order)</w:t>
            </w:r>
          </w:p>
        </w:tc>
        <w:tc>
          <w:tcPr>
            <w:tcW w:type="dxa" w:w="864"/>
          </w:tcPr>
          <w:p>
            <w:r>
              <w:t>996331</w:t>
            </w:r>
          </w:p>
        </w:tc>
        <w:tc>
          <w:tcPr>
            <w:tcW w:type="dxa" w:w="864"/>
          </w:tcPr>
          <w:p>
            <w:r>
              <w:t>1 NOS</w:t>
            </w:r>
          </w:p>
        </w:tc>
        <w:tc>
          <w:tcPr>
            <w:tcW w:type="dxa" w:w="864"/>
          </w:tcPr>
          <w:p>
            <w:r>
              <w:t>40.00</w:t>
            </w:r>
          </w:p>
        </w:tc>
        <w:tc>
          <w:tcPr>
            <w:tcW w:type="dxa" w:w="864"/>
          </w:tcPr>
          <w:p>
            <w:r>
              <w:t>40.00</w:t>
            </w:r>
          </w:p>
        </w:tc>
        <w:tc>
          <w:tcPr>
            <w:tcW w:type="dxa" w:w="864"/>
          </w:tcPr>
          <w:p>
            <w:r>
              <w:t>5%</w:t>
            </w:r>
          </w:p>
        </w:tc>
        <w:tc>
          <w:tcPr>
            <w:tcW w:type="dxa" w:w="864"/>
          </w:tcPr>
          <w:p>
            <w:r>
              <w:t>1.00</w:t>
            </w:r>
          </w:p>
        </w:tc>
        <w:tc>
          <w:tcPr>
            <w:tcW w:type="dxa" w:w="864"/>
          </w:tcPr>
          <w:p>
            <w:r>
              <w:t>1.00</w:t>
            </w:r>
          </w:p>
        </w:tc>
        <w:tc>
          <w:tcPr>
            <w:tcW w:type="dxa" w:w="864"/>
          </w:tcPr>
          <w:p>
            <w:r>
              <w:t>42.00</w:t>
            </w:r>
          </w:p>
        </w:tc>
      </w:tr>
    </w:tbl>
    <w:p>
      <w:pPr>
        <w:jc w:val="right"/>
      </w:pPr>
      <w:r>
        <w:rPr>
          <w:b w:val="0"/>
        </w:rPr>
        <w:t>Taxable value: Rs. 660.00</w:t>
      </w:r>
    </w:p>
    <w:p>
      <w:pPr>
        <w:jc w:val="right"/>
      </w:pPr>
      <w:r>
        <w:rPr>
          <w:b w:val="0"/>
        </w:rPr>
        <w:t>CGST + SGST: Rs. 33.00</w:t>
      </w:r>
    </w:p>
    <w:p>
      <w:pPr>
        <w:jc w:val="right"/>
      </w:pPr>
      <w:r>
        <w:rPr>
          <w:b/>
        </w:rPr>
        <w:t>Invoice total: Rs. 693.00</w:t>
      </w:r>
    </w:p>
    <w:p>
      <w:r>
        <w:t>Inter-state sale? Replace CGST + SGST with IGST at the full GST rate.</w:t>
      </w:r>
    </w:p>
    <w:p>
      <w:r>
        <w:t>Amount in words: ______________________</w:t>
      </w:r>
    </w:p>
    <w:p>
      <w:r>
        <w:t>Bank / UPI details: ______________________</w:t>
      </w:r>
    </w:p>
    <w:p>
      <w:r>
        <w:t>Declaration: We declare that this invoice shows the actual price of the goods/services described and that all particulars are true and correct.</w:t>
      </w:r>
    </w:p>
    <w:p>
      <w:r>
        <w:t>For (Supplier name) — Authorised signatory</w:t>
      </w:r>
    </w:p>
    <w:p>
      <w:r>
        <w:rPr>
          <w:color w:val="94A3B8"/>
          <w:sz w:val="14"/>
        </w:rPr>
        <w:t>Free template from billingsoftware.co (Billing Software by Betterwork)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